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הבתים של העתיד – גגות ירוקים וחכמים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גגות ירוקים וגגות חכמים משפיעים על טמפרטורה וסביבה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יתרונות של פתרונות ירוקים בבנייה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טקסט 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סופג חלק מהמים ומשחרר אותם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חשמל נקי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כי צבע לבן מחזיר קרני שמש במקום לספוג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 הוא מקרר את הבית ולכן המזגן עובד 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מתאר שהגג יכול להיות כל כך חם שאי אפשר לגעת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לתכנן נכון, לא כל בניין מתאים אוטומטית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הטקסט מזכיר פרחים ודבורים שמזמזמות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גגות ירוקים ועצים מקררים את הסביבה, יש הבדל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בטקסט בפירוש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סולאריים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אנרגיה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מקרר או מחמם את העיר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(מחמם)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(מקרר)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(מחמם)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(מחמם)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גג בטון אפור מתחמם מאוד בשמש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החום עובר לדירות שמתחת לגג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המזגנים עובדים קשה כדי לקרר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שכבת אדמה וצמחים על הגג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הגג הירוק מצל ומקרר את הבית בקיץ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לפחות שני אלמנטים מהטקסט (צמחים, פרחים, מערכת איסוף מים) והסבר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עמדה ברורה ולפחות נימוק אחד מבוסס על יתרונות שהוזכרו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עם נימוק הגיוני, אפשר להזכיר שהתועלת היא גם אישית וגם ציבורית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לתשובות כמו גג לבן וגג עם לוחות סולאריים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הגג סופג חלק מהמים ומשחרר אותם לאט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יתרון כמו אוויר נעים יותר, פחות הצפות, יותר טבע או חיסכון באנרגיה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גגות שהתלמידים מכירים לפני קריאת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כדי לעודד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הכתיבה הפתוחה כדאי לתת זמן למחשבה לפני כתיבה בפועל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הבתים של העתיד – גגות ירוקים וחכמים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גגות מיוחדים: גג עם צמחים, גג לבן וגג עם שמש. כל גג כזה עוזר לעיר להיות יותר נעימה.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גג ירוק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גג עם שכבת אדמה וצמחים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גג לבן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גג שצבוע לבן כדי להחזיר קרני שמש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לוחות סולאריים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לוחות שהופכים אור שמש לחשמל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ספיגה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כשמשהו קולט נוזל בתוכו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 מים שמציפים רחוב או שטח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חשמל נקי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חשמל שלא מזהם את הסביבה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 ירוק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שתוכנן לפגוע פחות בסביבה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גג ירוק דומה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לגשם שנופל על גג ירוק?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דוחה את כל המים לרחוב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מקפיא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סופג חלק מהמים ומשחרר אותם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הופך אותם למלוחים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מייצרים הלוחות הסולאריים על הגג?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חשמל נקי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הצבע הלבן עוזר לגג להישאר קריר?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עשוי מקרח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עליו מזגן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נמוך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צבע לבן מחזיר קרני שמש במקום לספוג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גג ירוק חוסך חשמל?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מקרר את הבית ולכן המזגן עובד 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הצמחים מייצרים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להדליק אור בבית עם גג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מכבה את המקרר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גג בטון אפור יכול להתחמם מאוד בצהרי הקיץ.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גג ירוק מתאים לכל בניין בלי שום בדיקה.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גג ירוק יכול לתת בית לדבורים ולפרפרים.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בעיר אין הבדל בטמפרטורה בין אזורים עם צמחים לאזורים בלי צמחים.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גג סולארי מייצר חשמל נקי.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גג ירוק פועל כמו __________ שמצלה ומקררת בקיץ.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גג __________ מחזיר את קרני השמש ונשאר קריר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גג עם לוחות __________ מייצר חשמל נקי.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כשיורד גשם, גג ירוק סופג חלק מהמים ומשחרר אותם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בעיר עם הרבה גגות ירוקים האוויר נעים יותר ויש פחות בזבוז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מקרר או מחמם את העיר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רחוב בלי שום 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גג צבוע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מקרר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גג עם צמחים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עצים לאורך הרחוב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גג בטון כהה וחשוף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מקרר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מגרש חניה גדול של אספלט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מקרר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שכבת אדמה וצמחים על הגג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הגג הירוק מצל ומקרר את הבית בקיץ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גג בטון אפור מתחמם מאוד בשמש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החום עובר לדירות שמתחת לגג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המזגנים עובדים קשה כדי לקרר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הייתם מתכננים גג ירוק לבניין שלכם או לבית הספר, מה הייתם שמים עליו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לדעתכם כדאי שבכל בניין חדש יהיה גג ירוק או סולארי?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גג ירוק יקר להקמה אך חוסך כסף לאורך זמן ומועיל לשכונה. מי צריך לשלם עליו - הדיירים, העירייה או שניהם?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סוגי גגות חכמים שהוזכרו בטקסט חוץ מגג ירוק?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לגשם שיורד על גג ירוק?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ליתרון של גג ירוק לעיר כולה.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הבתים של העתיד – גגות ירוקים וחכמים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