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🌍 אדם וסביבה בעידן הגלובלי – 30 תחנות לכפר העולמי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הבתים של העתיד – גגות ירוקים וחכמים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כיצד גגות ירוקים וגגות חכמים משפיעים על טמפרטורה וסביבה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יתרונות של פתרונות ירוקים בבנייה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קריאה והבנה של טקסט מידעי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חנ״מ – פחות פריטים, עד 3 אפשרויות בחירה, בנק מילים, גופן מוגדל ושורות כתיבה רחבות. מומלץ להקריא את ההוראות בקול ולעבוד חלק אחר חלק, בלי הגבלת זמן.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הבנת הנקרא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לשמיכה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ג – סופג חלק מהמים ומשחרר אותם לאט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הטקסט מתאר שהגג יכול להיות כל כך חם שאי אפשר לגעת בו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הטקסט מזכיר פרחים ודבורים שמזמזמות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לא נכון – גגות ירוקים ועצים מקררים את הסביבה, יש הבדל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השלמת מילים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שמיכה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לבן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סולאריים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מיון: מקרר או מחמם את העיר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ג (מחמם)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ד (מקרר)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א (מקרר)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ב (מקרר)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גג בטון אפור מתחמם מאוד בשמש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החום עובר לדירות שמתחת לגג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המזגנים עובדים קשה כדי לקרר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מוסיפים שכבת אדמה וצמחים על הגג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 ומחשבה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תשובה אישית הכוללת לפחות שני אלמנטים מהטקסט (צמחים, פרחים, מערכת איסוף מים) והסבר הגיוני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ציפייה לתשובות כמו גג לבן וגג עם לוחות סולאריים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הגג סופג חלק מהמים ומשחרר אותם לאט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יתרון כמו אוויר נעים יותר, פחות הצפות, יותר טבע או חיסכון באנרגיה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להתחיל בשיחה קצרה על גגות שהתלמידים מכירים לפני קריאת הטקסט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משימת המיון מתאימה לעבודה בזוגות כדי לעודד דיון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למשימת הכתיבה הפתוחה כדאי לתת זמן למחשבה לפני כתיבה בפועל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🌍 אדם וסביבה בעידן הגלובלי – 30 תחנות לכפר העולמי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הבתים של העתיד – גגות ירוקים וחכמים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32"/>
          <w:rtl/>
          <w:szCs w:val="32"/>
        </w:rPr>
        <w:t>בדף זה נלמד על גגות ירוקים, גגות לבנים וגגות עם לוחות סולאריים, ואיך כל אחד מהם יכול לעזור לעיר להיות נעימה יותר ולחסוך באנרגיה.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2"/>
          <w:rtl/>
          <w:szCs w:val="32"/>
          <w:bCs/>
        </w:rPr>
        <w:t>🧺 בנק מילים: לבן  ·  שמיכה  ·  סולאריים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1  חלק א׳ – הבנת הנקרא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לפי הטקסט, למה גג ירוק דומה?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לשמיכה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למראה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למקרר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מה עושה גג ירוק כשיורד גשם?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דוחה את כל המים לרחוב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מקפיא את המים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סופג חלק מהמים ומשחרר אותם לאט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36"/>
          <w:rtl/>
          <w:szCs w:val="36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גג בטון אפור יכול להתחמם מאוד בצהרי הקיץ.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גג ירוק יכול לתת בית לדבורים ולפרפרים.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בעיר אין הבדל בטמפרטורה בין אזורים עם צמחים לאזורים בלי צמחים.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36"/>
          <w:rtl/>
          <w:szCs w:val="36"/>
          <w:bCs/>
        </w:rPr>
        <w:t>3  חלק ג׳ – השלמת מילים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גג ירוק פועל כמו __________ שמצלה ומקררת בקיץ.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2. גג __________ מחזיר את קרני השמש ונשאר קריר יותר.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3. גג עם לוחות __________ מייצר חשמל נקי.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36"/>
          <w:rtl/>
          <w:szCs w:val="36"/>
          <w:bCs/>
        </w:rPr>
        <w:t>4  חלק ד׳ – מיון: מקרר או מחמם את העיר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רחוב בלי שום צל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מקרר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גג צבוע לבן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מקרר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3. גג עם צמחים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ג. מחמם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4. עצים לאורך הרחוב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ד. מקרר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36"/>
          <w:rtl/>
          <w:szCs w:val="36"/>
          <w:bCs/>
        </w:rPr>
        <w:t>5  חלק ה׳ – סדר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המזגנים עובדים קשה כדי לקרר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גג בטון אפור מתחמם מאוד בשמש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מוסיפים שכבת אדמה וצמחים על הגג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החום עובר לדירות שמתחת לגג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36"/>
          <w:rtl/>
          <w:szCs w:val="36"/>
          <w:bCs/>
        </w:rPr>
        <w:t>6  חלק ו׳ – כתיבה ומחשבה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אם הייתם מתכננים גג ירוק לבניין שלכם או לבית הספר, מה הייתם שמים עליו ולמה?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36"/>
          <w:rtl/>
          <w:szCs w:val="36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מהם שני סוגי גגות חכמים שהוזכרו בטקסט חוץ מגג ירוק?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מה קורה לגשם שיורד על גג ירוק?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32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הבתים של העתיד – גגות ירוקים וחכמים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